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079C1C" w14:textId="27288ABB" w:rsidR="00485689" w:rsidRPr="00AB4512" w:rsidRDefault="00FD7752" w:rsidP="00FD7752">
      <w:pPr>
        <w:pStyle w:val="1"/>
        <w:jc w:val="center"/>
        <w:rPr>
          <w:rFonts w:ascii="Times New Roman" w:hAnsi="Times New Roman" w:cs="Times New Roman"/>
          <w:lang w:val="bg-BG"/>
        </w:rPr>
      </w:pPr>
      <w:bookmarkStart w:id="0" w:name="_GoBack"/>
      <w:bookmarkEnd w:id="0"/>
      <w:r w:rsidRPr="00AB4512">
        <w:rPr>
          <w:rFonts w:ascii="Times New Roman" w:hAnsi="Times New Roman" w:cs="Times New Roman"/>
          <w:lang w:val="bg-BG"/>
        </w:rPr>
        <w:t>Мечтата ми започна оттук</w:t>
      </w:r>
    </w:p>
    <w:p w14:paraId="2DFCB5B1" w14:textId="4E1F0EA1" w:rsidR="00485689" w:rsidRPr="00AB4512" w:rsidRDefault="00FD7752">
      <w:pPr>
        <w:rPr>
          <w:rFonts w:ascii="Times New Roman" w:hAnsi="Times New Roman" w:cs="Times New Roman"/>
          <w:szCs w:val="24"/>
        </w:rPr>
      </w:pPr>
      <w:r w:rsidRPr="00AB4512">
        <w:rPr>
          <w:rFonts w:ascii="Times New Roman" w:hAnsi="Times New Roman" w:cs="Times New Roman"/>
          <w:szCs w:val="24"/>
          <w:lang w:val="bg-BG"/>
        </w:rPr>
        <w:t xml:space="preserve">   </w:t>
      </w:r>
      <w:proofErr w:type="spellStart"/>
      <w:r w:rsidRPr="00AB4512">
        <w:rPr>
          <w:rFonts w:ascii="Times New Roman" w:hAnsi="Times New Roman" w:cs="Times New Roman"/>
          <w:szCs w:val="24"/>
        </w:rPr>
        <w:t>Преди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четири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години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прекрачих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прага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на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r w:rsidR="00AB4512">
        <w:rPr>
          <w:rFonts w:ascii="Times New Roman" w:hAnsi="Times New Roman" w:cs="Times New Roman"/>
          <w:szCs w:val="24"/>
          <w:lang w:val="bg-BG"/>
        </w:rPr>
        <w:t>основно училище</w:t>
      </w:r>
      <w:r w:rsidRPr="00AB4512">
        <w:rPr>
          <w:rFonts w:ascii="Times New Roman" w:hAnsi="Times New Roman" w:cs="Times New Roman"/>
          <w:szCs w:val="24"/>
        </w:rPr>
        <w:t>„</w:t>
      </w:r>
      <w:proofErr w:type="spellStart"/>
      <w:r w:rsidRPr="00AB4512">
        <w:rPr>
          <w:rFonts w:ascii="Times New Roman" w:hAnsi="Times New Roman" w:cs="Times New Roman"/>
          <w:szCs w:val="24"/>
        </w:rPr>
        <w:t>Св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AB4512">
        <w:rPr>
          <w:rFonts w:ascii="Times New Roman" w:hAnsi="Times New Roman" w:cs="Times New Roman"/>
          <w:szCs w:val="24"/>
        </w:rPr>
        <w:t>Св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. Кирил и </w:t>
      </w:r>
      <w:proofErr w:type="gramStart"/>
      <w:r w:rsidRPr="00AB4512">
        <w:rPr>
          <w:rFonts w:ascii="Times New Roman" w:hAnsi="Times New Roman" w:cs="Times New Roman"/>
          <w:szCs w:val="24"/>
        </w:rPr>
        <w:t>Методий“ като</w:t>
      </w:r>
      <w:proofErr w:type="gramEnd"/>
      <w:r w:rsidRPr="00AB4512">
        <w:rPr>
          <w:rFonts w:ascii="Times New Roman" w:hAnsi="Times New Roman" w:cs="Times New Roman"/>
          <w:szCs w:val="24"/>
        </w:rPr>
        <w:t xml:space="preserve"> едно обикновено дете, без да подозирам, че в себе си нося скрит талант. </w:t>
      </w:r>
      <w:proofErr w:type="spellStart"/>
      <w:r w:rsidRPr="00AB4512">
        <w:rPr>
          <w:rFonts w:ascii="Times New Roman" w:hAnsi="Times New Roman" w:cs="Times New Roman"/>
          <w:szCs w:val="24"/>
        </w:rPr>
        <w:t>Не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r w:rsidR="00AB4512" w:rsidRPr="00AB4512">
        <w:rPr>
          <w:rFonts w:ascii="Times New Roman" w:hAnsi="Times New Roman" w:cs="Times New Roman"/>
          <w:szCs w:val="24"/>
          <w:lang w:val="bg-BG"/>
        </w:rPr>
        <w:t>предполагах</w:t>
      </w:r>
      <w:r w:rsidRPr="00AB4512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AB4512">
        <w:rPr>
          <w:rFonts w:ascii="Times New Roman" w:hAnsi="Times New Roman" w:cs="Times New Roman"/>
          <w:szCs w:val="24"/>
        </w:rPr>
        <w:t>че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скоро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музиката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ще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се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превърне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в </w:t>
      </w:r>
      <w:proofErr w:type="spellStart"/>
      <w:r w:rsidRPr="00AB4512">
        <w:rPr>
          <w:rFonts w:ascii="Times New Roman" w:hAnsi="Times New Roman" w:cs="Times New Roman"/>
          <w:szCs w:val="24"/>
        </w:rPr>
        <w:t>част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от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моя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живот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, в </w:t>
      </w:r>
      <w:proofErr w:type="spellStart"/>
      <w:r w:rsidRPr="00AB4512">
        <w:rPr>
          <w:rFonts w:ascii="Times New Roman" w:hAnsi="Times New Roman" w:cs="Times New Roman"/>
          <w:szCs w:val="24"/>
        </w:rPr>
        <w:t>мое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вдъхновение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и </w:t>
      </w:r>
      <w:proofErr w:type="spellStart"/>
      <w:r w:rsidRPr="00AB4512">
        <w:rPr>
          <w:rFonts w:ascii="Times New Roman" w:hAnsi="Times New Roman" w:cs="Times New Roman"/>
          <w:szCs w:val="24"/>
        </w:rPr>
        <w:t>мечта</w:t>
      </w:r>
      <w:proofErr w:type="spellEnd"/>
      <w:r w:rsidRPr="00AB4512">
        <w:rPr>
          <w:rFonts w:ascii="Times New Roman" w:hAnsi="Times New Roman" w:cs="Times New Roman"/>
          <w:szCs w:val="24"/>
        </w:rPr>
        <w:t>.</w:t>
      </w:r>
    </w:p>
    <w:p w14:paraId="52D300C5" w14:textId="7A7CACFC" w:rsidR="00485689" w:rsidRPr="00AB4512" w:rsidRDefault="00FD7752">
      <w:pPr>
        <w:rPr>
          <w:rFonts w:ascii="Times New Roman" w:hAnsi="Times New Roman" w:cs="Times New Roman"/>
          <w:szCs w:val="24"/>
          <w:lang w:val="bg-BG"/>
        </w:rPr>
      </w:pPr>
      <w:r w:rsidRPr="00AB4512">
        <w:rPr>
          <w:rFonts w:ascii="Times New Roman" w:hAnsi="Times New Roman" w:cs="Times New Roman"/>
          <w:szCs w:val="24"/>
          <w:lang w:val="bg-BG"/>
        </w:rPr>
        <w:t xml:space="preserve">   </w:t>
      </w:r>
      <w:proofErr w:type="spellStart"/>
      <w:r w:rsidRPr="00AB4512">
        <w:rPr>
          <w:rFonts w:ascii="Times New Roman" w:hAnsi="Times New Roman" w:cs="Times New Roman"/>
          <w:szCs w:val="24"/>
        </w:rPr>
        <w:t>Всичко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започна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в </w:t>
      </w:r>
      <w:proofErr w:type="spellStart"/>
      <w:r w:rsidRPr="00AB4512">
        <w:rPr>
          <w:rFonts w:ascii="Times New Roman" w:hAnsi="Times New Roman" w:cs="Times New Roman"/>
          <w:szCs w:val="24"/>
        </w:rPr>
        <w:t>един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час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по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музика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AB4512">
        <w:rPr>
          <w:rFonts w:ascii="Times New Roman" w:hAnsi="Times New Roman" w:cs="Times New Roman"/>
          <w:szCs w:val="24"/>
        </w:rPr>
        <w:t>когато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директорката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на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proofErr w:type="gramStart"/>
      <w:r w:rsidRPr="00AB4512">
        <w:rPr>
          <w:rFonts w:ascii="Times New Roman" w:hAnsi="Times New Roman" w:cs="Times New Roman"/>
          <w:szCs w:val="24"/>
        </w:rPr>
        <w:t>училището</w:t>
      </w:r>
      <w:proofErr w:type="spellEnd"/>
      <w:r w:rsidRPr="00AB4512">
        <w:rPr>
          <w:rFonts w:ascii="Times New Roman" w:hAnsi="Times New Roman" w:cs="Times New Roman"/>
          <w:szCs w:val="24"/>
          <w:lang w:val="bg-BG"/>
        </w:rPr>
        <w:t xml:space="preserve"> </w:t>
      </w:r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забеляза</w:t>
      </w:r>
      <w:proofErr w:type="spellEnd"/>
      <w:proofErr w:type="gramEnd"/>
      <w:r w:rsidRPr="00AB4512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AB4512">
        <w:rPr>
          <w:rFonts w:ascii="Times New Roman" w:hAnsi="Times New Roman" w:cs="Times New Roman"/>
          <w:szCs w:val="24"/>
        </w:rPr>
        <w:t>че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пея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с </w:t>
      </w:r>
      <w:proofErr w:type="spellStart"/>
      <w:r w:rsidRPr="00AB4512">
        <w:rPr>
          <w:rFonts w:ascii="Times New Roman" w:hAnsi="Times New Roman" w:cs="Times New Roman"/>
          <w:szCs w:val="24"/>
        </w:rPr>
        <w:t>чувство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и чист глас. Покани ме в своя кабинет, за да ме чуе отново. </w:t>
      </w:r>
      <w:proofErr w:type="spellStart"/>
      <w:r w:rsidRPr="00AB4512">
        <w:rPr>
          <w:rFonts w:ascii="Times New Roman" w:hAnsi="Times New Roman" w:cs="Times New Roman"/>
          <w:szCs w:val="24"/>
        </w:rPr>
        <w:t>След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като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изпях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няколко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реда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AB4512">
        <w:rPr>
          <w:rFonts w:ascii="Times New Roman" w:hAnsi="Times New Roman" w:cs="Times New Roman"/>
          <w:szCs w:val="24"/>
        </w:rPr>
        <w:t>тя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се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усмихна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и м</w:t>
      </w:r>
      <w:r w:rsidRPr="00AB4512">
        <w:rPr>
          <w:rFonts w:ascii="Times New Roman" w:hAnsi="Times New Roman" w:cs="Times New Roman"/>
          <w:szCs w:val="24"/>
          <w:lang w:val="bg-BG"/>
        </w:rPr>
        <w:t xml:space="preserve">и </w:t>
      </w:r>
      <w:proofErr w:type="gramStart"/>
      <w:r w:rsidRPr="00AB4512">
        <w:rPr>
          <w:rFonts w:ascii="Times New Roman" w:hAnsi="Times New Roman" w:cs="Times New Roman"/>
          <w:szCs w:val="24"/>
          <w:lang w:val="bg-BG"/>
        </w:rPr>
        <w:t xml:space="preserve">предложи </w:t>
      </w:r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да</w:t>
      </w:r>
      <w:proofErr w:type="spellEnd"/>
      <w:proofErr w:type="gram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участвам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r w:rsidRPr="00AB4512">
        <w:rPr>
          <w:rFonts w:ascii="Times New Roman" w:hAnsi="Times New Roman" w:cs="Times New Roman"/>
          <w:szCs w:val="24"/>
          <w:lang w:val="bg-BG"/>
        </w:rPr>
        <w:t>в предстоящ концерт</w:t>
      </w:r>
      <w:r w:rsidRPr="00AB4512">
        <w:rPr>
          <w:rFonts w:ascii="Times New Roman" w:hAnsi="Times New Roman" w:cs="Times New Roman"/>
          <w:szCs w:val="24"/>
        </w:rPr>
        <w:t xml:space="preserve">. </w:t>
      </w:r>
      <w:r w:rsidRPr="00AB4512">
        <w:rPr>
          <w:rFonts w:ascii="Times New Roman" w:hAnsi="Times New Roman" w:cs="Times New Roman"/>
          <w:szCs w:val="24"/>
          <w:lang w:val="bg-BG"/>
        </w:rPr>
        <w:t>Там и</w:t>
      </w:r>
      <w:proofErr w:type="spellStart"/>
      <w:r w:rsidRPr="00AB4512">
        <w:rPr>
          <w:rFonts w:ascii="Times New Roman" w:hAnsi="Times New Roman" w:cs="Times New Roman"/>
          <w:szCs w:val="24"/>
        </w:rPr>
        <w:t>зпълних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песента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„</w:t>
      </w:r>
      <w:proofErr w:type="spellStart"/>
      <w:r w:rsidRPr="00AB4512">
        <w:rPr>
          <w:rFonts w:ascii="Times New Roman" w:hAnsi="Times New Roman" w:cs="Times New Roman"/>
          <w:szCs w:val="24"/>
        </w:rPr>
        <w:t>Буквички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“ </w:t>
      </w:r>
      <w:proofErr w:type="spellStart"/>
      <w:r w:rsidRPr="00AB4512">
        <w:rPr>
          <w:rFonts w:ascii="Times New Roman" w:hAnsi="Times New Roman" w:cs="Times New Roman"/>
          <w:szCs w:val="24"/>
        </w:rPr>
        <w:t>пред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публика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и </w:t>
      </w:r>
      <w:proofErr w:type="spellStart"/>
      <w:r w:rsidRPr="00AB4512">
        <w:rPr>
          <w:rFonts w:ascii="Times New Roman" w:hAnsi="Times New Roman" w:cs="Times New Roman"/>
          <w:szCs w:val="24"/>
        </w:rPr>
        <w:t>аплодисментите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AB4512">
        <w:rPr>
          <w:rFonts w:ascii="Times New Roman" w:hAnsi="Times New Roman" w:cs="Times New Roman"/>
          <w:szCs w:val="24"/>
        </w:rPr>
        <w:t>които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чух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след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това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AB4512">
        <w:rPr>
          <w:rFonts w:ascii="Times New Roman" w:hAnsi="Times New Roman" w:cs="Times New Roman"/>
          <w:szCs w:val="24"/>
        </w:rPr>
        <w:t>останаха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завинаги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в </w:t>
      </w:r>
      <w:proofErr w:type="spellStart"/>
      <w:r w:rsidRPr="00AB4512">
        <w:rPr>
          <w:rFonts w:ascii="Times New Roman" w:hAnsi="Times New Roman" w:cs="Times New Roman"/>
          <w:szCs w:val="24"/>
        </w:rPr>
        <w:t>сърцето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ми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. В този момент разбрах, че съм открил нещо ценно — свое вътрешно богатство. Благодарение на нея повярвах в себе си. Тя ми даде крила. От този ден хората в града започнаха да ме </w:t>
      </w:r>
      <w:proofErr w:type="gramStart"/>
      <w:r w:rsidRPr="00AB4512">
        <w:rPr>
          <w:rFonts w:ascii="Times New Roman" w:hAnsi="Times New Roman" w:cs="Times New Roman"/>
          <w:szCs w:val="24"/>
        </w:rPr>
        <w:t xml:space="preserve">разпознават </w:t>
      </w:r>
      <w:r w:rsidRPr="00AB4512">
        <w:rPr>
          <w:rFonts w:ascii="Times New Roman" w:hAnsi="Times New Roman" w:cs="Times New Roman"/>
          <w:szCs w:val="24"/>
          <w:lang w:val="bg-BG"/>
        </w:rPr>
        <w:t>.</w:t>
      </w:r>
      <w:proofErr w:type="gramEnd"/>
    </w:p>
    <w:p w14:paraId="03D16B9F" w14:textId="7BF00FCE" w:rsidR="00485689" w:rsidRPr="00AB4512" w:rsidRDefault="00FD7752">
      <w:pPr>
        <w:rPr>
          <w:rFonts w:ascii="Times New Roman" w:hAnsi="Times New Roman" w:cs="Times New Roman"/>
          <w:szCs w:val="24"/>
        </w:rPr>
      </w:pPr>
      <w:r w:rsidRPr="00AB4512">
        <w:rPr>
          <w:rFonts w:ascii="Times New Roman" w:hAnsi="Times New Roman" w:cs="Times New Roman"/>
          <w:szCs w:val="24"/>
          <w:lang w:val="bg-BG"/>
        </w:rPr>
        <w:t xml:space="preserve">   </w:t>
      </w:r>
      <w:proofErr w:type="spellStart"/>
      <w:r w:rsidRPr="00AB4512">
        <w:rPr>
          <w:rFonts w:ascii="Times New Roman" w:hAnsi="Times New Roman" w:cs="Times New Roman"/>
          <w:szCs w:val="24"/>
        </w:rPr>
        <w:t>Но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това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не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беше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краят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на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моето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музикално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пътешествие. </w:t>
      </w:r>
      <w:proofErr w:type="spellStart"/>
      <w:r w:rsidRPr="00AB4512">
        <w:rPr>
          <w:rFonts w:ascii="Times New Roman" w:hAnsi="Times New Roman" w:cs="Times New Roman"/>
          <w:szCs w:val="24"/>
        </w:rPr>
        <w:t>Преди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година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госпожа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Евтимова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ми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каза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AB4512">
        <w:rPr>
          <w:rFonts w:ascii="Times New Roman" w:hAnsi="Times New Roman" w:cs="Times New Roman"/>
          <w:szCs w:val="24"/>
        </w:rPr>
        <w:t>че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акордеонът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е красив и вдъхновяващ инструмент. </w:t>
      </w:r>
      <w:proofErr w:type="spellStart"/>
      <w:r w:rsidRPr="00AB4512">
        <w:rPr>
          <w:rFonts w:ascii="Times New Roman" w:hAnsi="Times New Roman" w:cs="Times New Roman"/>
          <w:szCs w:val="24"/>
        </w:rPr>
        <w:t>Припомних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си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AB4512">
        <w:rPr>
          <w:rFonts w:ascii="Times New Roman" w:hAnsi="Times New Roman" w:cs="Times New Roman"/>
          <w:szCs w:val="24"/>
        </w:rPr>
        <w:t>че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вкъщи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имаме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r w:rsidRPr="00AB4512">
        <w:rPr>
          <w:rFonts w:ascii="Times New Roman" w:hAnsi="Times New Roman" w:cs="Times New Roman"/>
          <w:szCs w:val="24"/>
          <w:lang w:val="bg-BG"/>
        </w:rPr>
        <w:t>този музикален инструмент</w:t>
      </w:r>
      <w:r w:rsidRPr="00AB4512">
        <w:rPr>
          <w:rFonts w:ascii="Times New Roman" w:hAnsi="Times New Roman" w:cs="Times New Roman"/>
          <w:szCs w:val="24"/>
        </w:rPr>
        <w:t xml:space="preserve">, и </w:t>
      </w:r>
      <w:proofErr w:type="spellStart"/>
      <w:r w:rsidRPr="00AB4512">
        <w:rPr>
          <w:rFonts w:ascii="Times New Roman" w:hAnsi="Times New Roman" w:cs="Times New Roman"/>
          <w:szCs w:val="24"/>
        </w:rPr>
        <w:t>реших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да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опитам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. С </w:t>
      </w:r>
      <w:proofErr w:type="spellStart"/>
      <w:r w:rsidRPr="00AB4512">
        <w:rPr>
          <w:rFonts w:ascii="Times New Roman" w:hAnsi="Times New Roman" w:cs="Times New Roman"/>
          <w:szCs w:val="24"/>
        </w:rPr>
        <w:t>много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ентусиазъм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започнах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да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свиря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и </w:t>
      </w:r>
      <w:proofErr w:type="spellStart"/>
      <w:r w:rsidRPr="00AB4512">
        <w:rPr>
          <w:rFonts w:ascii="Times New Roman" w:hAnsi="Times New Roman" w:cs="Times New Roman"/>
          <w:szCs w:val="24"/>
        </w:rPr>
        <w:t>съвсем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случайно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успях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да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изсвиря</w:t>
      </w:r>
      <w:proofErr w:type="spellEnd"/>
      <w:r w:rsidRPr="00AB4512">
        <w:rPr>
          <w:rFonts w:ascii="Times New Roman" w:hAnsi="Times New Roman" w:cs="Times New Roman"/>
          <w:szCs w:val="24"/>
          <w:lang w:val="bg-BG"/>
        </w:rPr>
        <w:t xml:space="preserve"> песента</w:t>
      </w:r>
      <w:r w:rsidRPr="00AB4512">
        <w:rPr>
          <w:rFonts w:ascii="Times New Roman" w:hAnsi="Times New Roman" w:cs="Times New Roman"/>
          <w:szCs w:val="24"/>
        </w:rPr>
        <w:t xml:space="preserve"> „</w:t>
      </w:r>
      <w:proofErr w:type="spellStart"/>
      <w:r w:rsidRPr="00AB4512">
        <w:rPr>
          <w:rFonts w:ascii="Times New Roman" w:hAnsi="Times New Roman" w:cs="Times New Roman"/>
          <w:szCs w:val="24"/>
        </w:rPr>
        <w:t>Честит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рожден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proofErr w:type="gramStart"/>
      <w:r w:rsidRPr="00AB4512">
        <w:rPr>
          <w:rFonts w:ascii="Times New Roman" w:hAnsi="Times New Roman" w:cs="Times New Roman"/>
          <w:szCs w:val="24"/>
        </w:rPr>
        <w:t>ден</w:t>
      </w:r>
      <w:proofErr w:type="spellEnd"/>
      <w:r w:rsidRPr="00AB4512">
        <w:rPr>
          <w:rFonts w:ascii="Times New Roman" w:hAnsi="Times New Roman" w:cs="Times New Roman"/>
          <w:szCs w:val="24"/>
        </w:rPr>
        <w:t>“</w:t>
      </w:r>
      <w:proofErr w:type="gramEnd"/>
      <w:r w:rsidRPr="00AB4512">
        <w:rPr>
          <w:rFonts w:ascii="Times New Roman" w:hAnsi="Times New Roman" w:cs="Times New Roman"/>
          <w:szCs w:val="24"/>
        </w:rPr>
        <w:t xml:space="preserve">. Звукът ме плени. </w:t>
      </w:r>
      <w:r w:rsidR="00AB4512" w:rsidRPr="00AB4512">
        <w:rPr>
          <w:rFonts w:ascii="Times New Roman" w:hAnsi="Times New Roman" w:cs="Times New Roman"/>
          <w:szCs w:val="24"/>
          <w:lang w:val="bg-BG"/>
        </w:rPr>
        <w:t xml:space="preserve">Помолих </w:t>
      </w:r>
      <w:proofErr w:type="spellStart"/>
      <w:r w:rsidRPr="00AB4512">
        <w:rPr>
          <w:rFonts w:ascii="Times New Roman" w:hAnsi="Times New Roman" w:cs="Times New Roman"/>
          <w:szCs w:val="24"/>
        </w:rPr>
        <w:t>майка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ми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да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ме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запише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на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уроци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, и </w:t>
      </w:r>
      <w:proofErr w:type="spellStart"/>
      <w:r w:rsidRPr="00AB4512">
        <w:rPr>
          <w:rFonts w:ascii="Times New Roman" w:hAnsi="Times New Roman" w:cs="Times New Roman"/>
          <w:szCs w:val="24"/>
        </w:rPr>
        <w:t>тя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се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съгласи</w:t>
      </w:r>
      <w:proofErr w:type="spellEnd"/>
      <w:r w:rsidRPr="00AB4512">
        <w:rPr>
          <w:rFonts w:ascii="Times New Roman" w:hAnsi="Times New Roman" w:cs="Times New Roman"/>
          <w:szCs w:val="24"/>
        </w:rPr>
        <w:t>.</w:t>
      </w:r>
    </w:p>
    <w:p w14:paraId="141A7560" w14:textId="44084DB7" w:rsidR="00485689" w:rsidRPr="00AB4512" w:rsidRDefault="00FD7752">
      <w:pPr>
        <w:rPr>
          <w:rFonts w:ascii="Times New Roman" w:hAnsi="Times New Roman" w:cs="Times New Roman"/>
          <w:szCs w:val="24"/>
        </w:rPr>
      </w:pPr>
      <w:r w:rsidRPr="00AB4512">
        <w:rPr>
          <w:rFonts w:ascii="Times New Roman" w:hAnsi="Times New Roman" w:cs="Times New Roman"/>
          <w:szCs w:val="24"/>
          <w:lang w:val="bg-BG"/>
        </w:rPr>
        <w:t xml:space="preserve">   </w:t>
      </w:r>
      <w:proofErr w:type="spellStart"/>
      <w:r w:rsidRPr="00AB4512">
        <w:rPr>
          <w:rFonts w:ascii="Times New Roman" w:hAnsi="Times New Roman" w:cs="Times New Roman"/>
          <w:szCs w:val="24"/>
        </w:rPr>
        <w:t>Напредвах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бързо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, и </w:t>
      </w:r>
      <w:proofErr w:type="spellStart"/>
      <w:r w:rsidRPr="00AB4512">
        <w:rPr>
          <w:rFonts w:ascii="Times New Roman" w:hAnsi="Times New Roman" w:cs="Times New Roman"/>
          <w:szCs w:val="24"/>
        </w:rPr>
        <w:t>скоро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заминах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на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екскурзия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в Равда с други акордеонисти. Там участвах в първия си концерт с акордеона. Аплодисментите отново ме обляха като вълна и осъзнах — открил съм и втория си талант. Сега не само пея, но и свиря с любов.</w:t>
      </w:r>
    </w:p>
    <w:p w14:paraId="5615A9B5" w14:textId="1DB4DE99" w:rsidR="00485689" w:rsidRPr="00AB4512" w:rsidRDefault="00FD7752">
      <w:pPr>
        <w:rPr>
          <w:rFonts w:ascii="Times New Roman" w:hAnsi="Times New Roman" w:cs="Times New Roman"/>
          <w:szCs w:val="24"/>
          <w:lang w:val="bg-BG"/>
        </w:rPr>
      </w:pPr>
      <w:r w:rsidRPr="00AB4512">
        <w:rPr>
          <w:rFonts w:ascii="Times New Roman" w:hAnsi="Times New Roman" w:cs="Times New Roman"/>
          <w:szCs w:val="24"/>
          <w:lang w:val="bg-BG"/>
        </w:rPr>
        <w:t xml:space="preserve">   </w:t>
      </w:r>
      <w:proofErr w:type="spellStart"/>
      <w:r w:rsidRPr="00AB4512">
        <w:rPr>
          <w:rFonts w:ascii="Times New Roman" w:hAnsi="Times New Roman" w:cs="Times New Roman"/>
          <w:szCs w:val="24"/>
        </w:rPr>
        <w:t>Мечтата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ми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е </w:t>
      </w:r>
      <w:proofErr w:type="spellStart"/>
      <w:r w:rsidRPr="00AB4512">
        <w:rPr>
          <w:rFonts w:ascii="Times New Roman" w:hAnsi="Times New Roman" w:cs="Times New Roman"/>
          <w:szCs w:val="24"/>
        </w:rPr>
        <w:t>ясна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— искам да стана музикант и певец. И знам, че с труд, вяра и </w:t>
      </w:r>
      <w:proofErr w:type="spellStart"/>
      <w:r w:rsidRPr="00AB4512">
        <w:rPr>
          <w:rFonts w:ascii="Times New Roman" w:hAnsi="Times New Roman" w:cs="Times New Roman"/>
          <w:szCs w:val="24"/>
        </w:rPr>
        <w:t>подкрепата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на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хората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около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мен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AB4512">
        <w:rPr>
          <w:rFonts w:ascii="Times New Roman" w:hAnsi="Times New Roman" w:cs="Times New Roman"/>
          <w:szCs w:val="24"/>
        </w:rPr>
        <w:t>мога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B4512">
        <w:rPr>
          <w:rFonts w:ascii="Times New Roman" w:hAnsi="Times New Roman" w:cs="Times New Roman"/>
          <w:szCs w:val="24"/>
        </w:rPr>
        <w:t>да</w:t>
      </w:r>
      <w:proofErr w:type="spellEnd"/>
      <w:r w:rsidRPr="00AB4512">
        <w:rPr>
          <w:rFonts w:ascii="Times New Roman" w:hAnsi="Times New Roman" w:cs="Times New Roman"/>
          <w:szCs w:val="24"/>
        </w:rPr>
        <w:t xml:space="preserve"> я </w:t>
      </w:r>
      <w:proofErr w:type="spellStart"/>
      <w:r w:rsidRPr="00AB4512">
        <w:rPr>
          <w:rFonts w:ascii="Times New Roman" w:hAnsi="Times New Roman" w:cs="Times New Roman"/>
          <w:szCs w:val="24"/>
        </w:rPr>
        <w:t>сбъдна</w:t>
      </w:r>
      <w:proofErr w:type="spellEnd"/>
      <w:r w:rsidRPr="00AB4512">
        <w:rPr>
          <w:rFonts w:ascii="Times New Roman" w:hAnsi="Times New Roman" w:cs="Times New Roman"/>
          <w:szCs w:val="24"/>
        </w:rPr>
        <w:t>.</w:t>
      </w:r>
    </w:p>
    <w:p w14:paraId="4FCDB543" w14:textId="775BBA02" w:rsidR="00FD7752" w:rsidRPr="00AB4512" w:rsidRDefault="00FD7752" w:rsidP="00622C12">
      <w:pPr>
        <w:jc w:val="right"/>
        <w:rPr>
          <w:rFonts w:ascii="Times New Roman" w:hAnsi="Times New Roman" w:cs="Times New Roman"/>
          <w:szCs w:val="24"/>
          <w:lang w:val="bg-BG"/>
        </w:rPr>
      </w:pPr>
      <w:r w:rsidRPr="00AB4512">
        <w:rPr>
          <w:rFonts w:ascii="Times New Roman" w:hAnsi="Times New Roman" w:cs="Times New Roman"/>
          <w:szCs w:val="24"/>
          <w:lang w:val="bg-BG"/>
        </w:rPr>
        <w:t>Самуел Иванов Денчев</w:t>
      </w:r>
    </w:p>
    <w:p w14:paraId="712C4059" w14:textId="4C0D89A2" w:rsidR="00622C12" w:rsidRPr="00AB4512" w:rsidRDefault="00622C12" w:rsidP="00622C12">
      <w:pPr>
        <w:jc w:val="right"/>
        <w:rPr>
          <w:rFonts w:ascii="Times New Roman" w:hAnsi="Times New Roman" w:cs="Times New Roman"/>
          <w:szCs w:val="24"/>
          <w:lang w:val="bg-BG"/>
        </w:rPr>
      </w:pPr>
      <w:r w:rsidRPr="00AB4512">
        <w:rPr>
          <w:rFonts w:ascii="Times New Roman" w:hAnsi="Times New Roman" w:cs="Times New Roman"/>
          <w:szCs w:val="24"/>
          <w:lang w:val="bg-BG"/>
        </w:rPr>
        <w:t>ОУ ,,Св. Св, Кирил и Методий“</w:t>
      </w:r>
    </w:p>
    <w:p w14:paraId="66C1E21E" w14:textId="76E0CB2D" w:rsidR="00622C12" w:rsidRPr="00AB4512" w:rsidRDefault="00622C12" w:rsidP="00622C12">
      <w:pPr>
        <w:jc w:val="right"/>
        <w:rPr>
          <w:rFonts w:ascii="Times New Roman" w:hAnsi="Times New Roman" w:cs="Times New Roman"/>
          <w:szCs w:val="24"/>
          <w:lang w:val="bg-BG"/>
        </w:rPr>
      </w:pPr>
      <w:r w:rsidRPr="00AB4512">
        <w:rPr>
          <w:rFonts w:ascii="Times New Roman" w:hAnsi="Times New Roman" w:cs="Times New Roman"/>
          <w:szCs w:val="24"/>
          <w:lang w:val="bg-BG"/>
        </w:rPr>
        <w:t xml:space="preserve">4 клас </w:t>
      </w:r>
    </w:p>
    <w:sectPr w:rsidR="00622C12" w:rsidRPr="00AB451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85689"/>
    <w:rsid w:val="00622C12"/>
    <w:rsid w:val="00A6492F"/>
    <w:rsid w:val="00AA1D8D"/>
    <w:rsid w:val="00AB4512"/>
    <w:rsid w:val="00B16758"/>
    <w:rsid w:val="00B47730"/>
    <w:rsid w:val="00CB0664"/>
    <w:rsid w:val="00FC693F"/>
    <w:rsid w:val="00FD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0E420A"/>
  <w14:defaultImageDpi w14:val="300"/>
  <w15:docId w15:val="{6406A8CF-6AD7-43FF-BB0D-31454B9AB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54A031-295F-4D90-AE7A-A7EE94FE3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Simeon</cp:lastModifiedBy>
  <cp:revision>2</cp:revision>
  <cp:lastPrinted>2025-05-13T20:12:00Z</cp:lastPrinted>
  <dcterms:created xsi:type="dcterms:W3CDTF">2025-05-26T08:03:00Z</dcterms:created>
  <dcterms:modified xsi:type="dcterms:W3CDTF">2025-05-26T08:03:00Z</dcterms:modified>
  <cp:category/>
</cp:coreProperties>
</file>